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MUHAMMAD WALEED</w:t>
      </w:r>
    </w:p>
    <w:p>
      <w:r>
        <w:t>Lahore City, Pakistan | +92 313 8472034 | mianwaleed472@gmail.com</w:t>
      </w:r>
    </w:p>
    <w:p>
      <w:pPr>
        <w:pStyle w:val="Heading1"/>
      </w:pPr>
      <w:r>
        <w:t>Professional Summary</w:t>
      </w:r>
    </w:p>
    <w:p>
      <w:r>
        <w:t>Dynamic and results-driven SEO and digital marketing professional with expertise in driving organic growth, enhancing brand visibility, and optimizing online strategies. Known for delivering high-impact SEO solutions, implementing data-driven campaigns, and fostering business growth through effective digital marketing strategies. Skilled in content creation, technical SEO, and performance analysis, with a strong ability to collaborate across teams and drive measurable results. Committed to maximizing digital presence and delivering sustainable success through continuous optimization and innovation.</w:t>
      </w:r>
    </w:p>
    <w:p>
      <w:pPr>
        <w:pStyle w:val="Heading1"/>
      </w:pPr>
      <w:r>
        <w:t>Education</w:t>
      </w:r>
    </w:p>
    <w:p>
      <w:pPr>
        <w:pStyle w:val="ListBullet"/>
      </w:pPr>
      <w:r>
        <w:t>Bachelor in Computer Science</w:t>
      </w:r>
    </w:p>
    <w:p>
      <w:r>
        <w:t>Virtual University of Pakistan</w:t>
      </w:r>
    </w:p>
    <w:p>
      <w:pPr>
        <w:pStyle w:val="ListBullet"/>
      </w:pPr>
      <w:r>
        <w:t>Specialization in SEO and Digital Marketing</w:t>
      </w:r>
    </w:p>
    <w:p>
      <w:r>
        <w:t>Corvit Systems, Lahore</w:t>
      </w:r>
    </w:p>
    <w:p>
      <w:pPr>
        <w:pStyle w:val="Heading1"/>
      </w:pPr>
      <w:r>
        <w:t>Professional Experience</w:t>
      </w:r>
    </w:p>
    <w:p>
      <w:pPr>
        <w:pStyle w:val="ListBullet"/>
      </w:pPr>
      <w:r>
        <w:t>SEO Team Lead</w:t>
      </w:r>
    </w:p>
    <w:p>
      <w:r>
        <w:t>Smart Technology House, Pakistan</w:t>
      </w:r>
    </w:p>
    <w:p>
      <w:pPr>
        <w:pStyle w:val="ListBullet"/>
      </w:pPr>
      <w:r>
        <w:t>Led and implemented SEO and digital marketing campaigns for client projects.</w:t>
      </w:r>
    </w:p>
    <w:p>
      <w:pPr>
        <w:pStyle w:val="ListBullet"/>
      </w:pPr>
      <w:r>
        <w:t>Supported on-page SEO optimization including keyword research, content optimization, and meta tag management.</w:t>
      </w:r>
    </w:p>
    <w:p>
      <w:pPr>
        <w:pStyle w:val="ListBullet"/>
      </w:pPr>
      <w:r>
        <w:t>SEO Manager &amp; Social Media Account Manager</w:t>
      </w:r>
    </w:p>
    <w:p>
      <w:r>
        <w:t>Al Ghani Medical and Surgical, Pakistan</w:t>
      </w:r>
    </w:p>
    <w:p>
      <w:pPr>
        <w:pStyle w:val="ListBullet"/>
      </w:pPr>
      <w:r>
        <w:t>Managed SEO strategies to increase visibility and rankings in search engines.</w:t>
      </w:r>
    </w:p>
    <w:p>
      <w:pPr>
        <w:pStyle w:val="ListBullet"/>
      </w:pPr>
      <w:r>
        <w:t>Conducted keyword research, technical SEO, and on-page optimization for targeted results.</w:t>
      </w:r>
    </w:p>
    <w:p>
      <w:pPr>
        <w:pStyle w:val="ListBullet"/>
      </w:pPr>
      <w:r>
        <w:t>SEO Manager</w:t>
      </w:r>
    </w:p>
    <w:p>
      <w:r>
        <w:t>Dua Travels, United Kingdom</w:t>
      </w:r>
    </w:p>
    <w:p>
      <w:pPr>
        <w:pStyle w:val="ListBullet"/>
      </w:pPr>
      <w:r>
        <w:t>Directed SEO strategies for a UK-based travel agency.</w:t>
      </w:r>
    </w:p>
    <w:p>
      <w:pPr>
        <w:pStyle w:val="ListBullet"/>
      </w:pPr>
      <w:r>
        <w:t>Focused on increasing web traffic through keyword research, competitive analysis, and content optimization.</w:t>
      </w:r>
    </w:p>
    <w:p>
      <w:pPr>
        <w:pStyle w:val="ListBullet"/>
      </w:pPr>
      <w:r>
        <w:t>SEO &amp; Digital Marketing Intern</w:t>
      </w:r>
    </w:p>
    <w:p>
      <w:r>
        <w:t>Trendyish Digital Media, Pakistan</w:t>
      </w:r>
    </w:p>
    <w:p>
      <w:pPr>
        <w:pStyle w:val="ListBullet"/>
      </w:pPr>
      <w:r>
        <w:t>Contributed to SEO and digital marketing tasks across various client accounts.</w:t>
      </w:r>
    </w:p>
    <w:p>
      <w:pPr>
        <w:pStyle w:val="ListBullet"/>
      </w:pPr>
      <w:r>
        <w:t>Supported implementation of content strategies and on-page SEO enhancements.</w:t>
      </w:r>
    </w:p>
    <w:p>
      <w:pPr>
        <w:pStyle w:val="Heading1"/>
      </w:pPr>
      <w:r>
        <w:t>Skills</w:t>
      </w:r>
    </w:p>
    <w:p>
      <w:pPr>
        <w:pStyle w:val="ListBullet"/>
      </w:pPr>
      <w:r>
        <w:t>SEO (Search Engine Optimization)</w:t>
      </w:r>
    </w:p>
    <w:p>
      <w:pPr>
        <w:pStyle w:val="ListBullet"/>
      </w:pPr>
      <w:r>
        <w:t>Digital Marketing Strategy</w:t>
      </w:r>
    </w:p>
    <w:p>
      <w:pPr>
        <w:pStyle w:val="ListBullet"/>
      </w:pPr>
      <w:r>
        <w:t>Content Creation &amp; Writing</w:t>
      </w:r>
    </w:p>
    <w:p>
      <w:pPr>
        <w:pStyle w:val="ListBullet"/>
      </w:pPr>
      <w:r>
        <w:t>Web Development (Basic)</w:t>
      </w:r>
    </w:p>
    <w:p>
      <w:pPr>
        <w:pStyle w:val="ListBullet"/>
      </w:pPr>
      <w:r>
        <w:t>Technical &amp; On-page SEO</w:t>
      </w:r>
    </w:p>
    <w:p>
      <w:pPr>
        <w:pStyle w:val="ListBullet"/>
      </w:pPr>
      <w:r>
        <w:t>Innovative Campaign Strategizing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